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83EA2" w14:textId="6A72A96B" w:rsidR="00EE6668" w:rsidRDefault="00EE6668">
      <w:pPr>
        <w:spacing w:after="28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7819A0AF" w14:textId="77777777">
        <w:trPr>
          <w:jc w:val="center"/>
        </w:trPr>
        <w:tc>
          <w:tcPr>
            <w:tcW w:w="9605" w:type="dxa"/>
            <w:shd w:val="clear" w:color="auto" w:fill="1A365D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52784AD" w14:textId="77777777" w:rsidR="00EE6668" w:rsidRDefault="00A16D1C">
            <w:pPr>
              <w:spacing w:after="40"/>
              <w:jc w:val="center"/>
            </w:pPr>
            <w:r>
              <w:rPr>
                <w:rFonts w:ascii="Calibri" w:hAnsi="Calibri"/>
                <w:b/>
                <w:color w:val="FFFFFF"/>
                <w:sz w:val="24"/>
              </w:rPr>
              <w:t>MODULO DI DOMANDA DI PARTECIPAZIONE</w:t>
            </w:r>
            <w:r>
              <w:rPr>
                <w:rFonts w:ascii="Calibri" w:hAnsi="Calibri"/>
                <w:b/>
                <w:color w:val="FFFFFF"/>
                <w:sz w:val="24"/>
              </w:rPr>
              <w:br/>
            </w:r>
            <w:r>
              <w:rPr>
                <w:rFonts w:ascii="Calibri" w:hAnsi="Calibri"/>
                <w:color w:val="E2E8F0"/>
                <w:sz w:val="17"/>
              </w:rPr>
              <w:t>AVVISO DI SELEZIONE PUBBLICA PER SOLI TITOLI PER IL CONFERIMENTO DI N. 1 INCARICO DI TUTOR EDUCATORE PER IL SUPPORTO AGLI STUDENTI CON DISABILITÀ, CON DISTURBI SPECIFICI DELL’APPRENDIMENTO E IN CONDIZIONI DI PARTICOLARE FRAGILITÀ O SVANTAGGIO SOCIOECONOMICO - A.A. 2026/2027 (TRIENNIO 2026/2028)</w:t>
            </w:r>
          </w:p>
        </w:tc>
      </w:tr>
    </w:tbl>
    <w:p w14:paraId="0A36507D" w14:textId="77777777" w:rsidR="00EE6668" w:rsidRDefault="00EE6668">
      <w:pPr>
        <w:spacing w:after="80"/>
      </w:pPr>
    </w:p>
    <w:p w14:paraId="60BA8913" w14:textId="77777777" w:rsidR="00EE6668" w:rsidRDefault="00A16D1C">
      <w:pPr>
        <w:jc w:val="right"/>
      </w:pPr>
      <w:r>
        <w:rPr>
          <w:rFonts w:ascii="Calibri" w:hAnsi="Calibri"/>
          <w:b/>
          <w:color w:val="1A365D"/>
          <w:sz w:val="20"/>
        </w:rPr>
        <w:t>Al Direttore dell’Accademia di Belle Arti di BARI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27B5053C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98A8C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1. DATI ANAGRAFICI DEL CANDIDATO</w:t>
            </w:r>
          </w:p>
        </w:tc>
      </w:tr>
    </w:tbl>
    <w:p w14:paraId="6696A9AF" w14:textId="77777777" w:rsidR="00EE6668" w:rsidRDefault="00EE6668">
      <w:pPr>
        <w:spacing w:after="40"/>
      </w:pPr>
    </w:p>
    <w:p w14:paraId="3CF88514" w14:textId="77777777" w:rsidR="00EE6668" w:rsidRDefault="00A16D1C">
      <w:pPr>
        <w:spacing w:after="80" w:line="312" w:lineRule="auto"/>
      </w:pPr>
      <w:r>
        <w:rPr>
          <w:b/>
        </w:rPr>
        <w:t xml:space="preserve">Il/La sottoscritto/a (Cognome e Nome): </w:t>
      </w:r>
      <w:r>
        <w:t>____________________________________________________________________</w:t>
      </w:r>
    </w:p>
    <w:p w14:paraId="25161653" w14:textId="77777777" w:rsidR="00EE6668" w:rsidRDefault="00A16D1C">
      <w:pPr>
        <w:spacing w:after="80" w:line="312" w:lineRule="auto"/>
      </w:pPr>
      <w:r>
        <w:rPr>
          <w:b/>
        </w:rPr>
        <w:t xml:space="preserve">Codice Fiscale: </w:t>
      </w:r>
      <w:r>
        <w:t>__________________________</w:t>
      </w:r>
      <w:proofErr w:type="gramStart"/>
      <w:r>
        <w:t xml:space="preserve">_  </w:t>
      </w:r>
      <w:r>
        <w:rPr>
          <w:b/>
        </w:rPr>
        <w:t>Sesso</w:t>
      </w:r>
      <w:proofErr w:type="gramEnd"/>
      <w:r>
        <w:rPr>
          <w:b/>
        </w:rPr>
        <w:t xml:space="preserve">: </w:t>
      </w:r>
      <w:r>
        <w:t>[  ] M   [  ] F   [  ] Altro</w:t>
      </w:r>
    </w:p>
    <w:p w14:paraId="5B63419F" w14:textId="77777777" w:rsidR="00EE6668" w:rsidRDefault="00A16D1C">
      <w:pPr>
        <w:spacing w:after="80" w:line="312" w:lineRule="auto"/>
      </w:pPr>
      <w:r>
        <w:rPr>
          <w:b/>
        </w:rPr>
        <w:t xml:space="preserve">Nato/a a: </w:t>
      </w:r>
      <w:r>
        <w:t>________________________________</w:t>
      </w:r>
      <w:proofErr w:type="gramStart"/>
      <w:r>
        <w:t xml:space="preserve">_  </w:t>
      </w:r>
      <w:r>
        <w:rPr>
          <w:b/>
        </w:rPr>
        <w:t>Prov</w:t>
      </w:r>
      <w:proofErr w:type="gramEnd"/>
      <w:r>
        <w:rPr>
          <w:b/>
        </w:rPr>
        <w:t xml:space="preserve">: </w:t>
      </w:r>
      <w:r>
        <w:t xml:space="preserve">______  </w:t>
      </w:r>
      <w:r>
        <w:rPr>
          <w:b/>
        </w:rPr>
        <w:t xml:space="preserve">il: </w:t>
      </w:r>
      <w:r>
        <w:t>____/____/________</w:t>
      </w:r>
    </w:p>
    <w:p w14:paraId="09D957F1" w14:textId="77777777" w:rsidR="00EE6668" w:rsidRDefault="00A16D1C">
      <w:pPr>
        <w:spacing w:after="80" w:line="312" w:lineRule="auto"/>
      </w:pPr>
      <w:r>
        <w:rPr>
          <w:b/>
        </w:rPr>
        <w:t xml:space="preserve">Residente a: </w:t>
      </w:r>
      <w:r>
        <w:t>______________________________</w:t>
      </w:r>
      <w:proofErr w:type="gramStart"/>
      <w:r>
        <w:t xml:space="preserve">_  </w:t>
      </w:r>
      <w:r>
        <w:rPr>
          <w:b/>
        </w:rPr>
        <w:t>Prov</w:t>
      </w:r>
      <w:proofErr w:type="gramEnd"/>
      <w:r>
        <w:rPr>
          <w:b/>
        </w:rPr>
        <w:t xml:space="preserve">: </w:t>
      </w:r>
      <w:r>
        <w:t xml:space="preserve">______  </w:t>
      </w:r>
      <w:r>
        <w:rPr>
          <w:b/>
        </w:rPr>
        <w:t xml:space="preserve">CAP: </w:t>
      </w:r>
      <w:r>
        <w:t>________</w:t>
      </w:r>
    </w:p>
    <w:p w14:paraId="720F7098" w14:textId="77777777" w:rsidR="00EE6668" w:rsidRDefault="00A16D1C">
      <w:pPr>
        <w:spacing w:after="160" w:line="312" w:lineRule="auto"/>
      </w:pPr>
      <w:r>
        <w:rPr>
          <w:b/>
        </w:rPr>
        <w:t xml:space="preserve">Indirizzo: </w:t>
      </w:r>
      <w:r>
        <w:t>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49B1C4C6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5F7253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2. RECAPITI PER LE COMUNICAZIONI</w:t>
            </w:r>
          </w:p>
        </w:tc>
      </w:tr>
    </w:tbl>
    <w:p w14:paraId="43D6CBFA" w14:textId="77777777" w:rsidR="00EE6668" w:rsidRDefault="00EE6668">
      <w:pPr>
        <w:spacing w:after="40"/>
      </w:pPr>
    </w:p>
    <w:p w14:paraId="225C0CD0" w14:textId="77777777" w:rsidR="00EE6668" w:rsidRDefault="00A16D1C">
      <w:pPr>
        <w:spacing w:after="80" w:line="312" w:lineRule="auto"/>
      </w:pPr>
      <w:r>
        <w:rPr>
          <w:b/>
        </w:rPr>
        <w:t xml:space="preserve">Telefono/Cellulare: </w:t>
      </w:r>
      <w:r>
        <w:t>_______________________</w:t>
      </w:r>
      <w:proofErr w:type="gramStart"/>
      <w:r>
        <w:t xml:space="preserve">_  </w:t>
      </w:r>
      <w:r>
        <w:rPr>
          <w:b/>
        </w:rPr>
        <w:t>E-mail</w:t>
      </w:r>
      <w:proofErr w:type="gramEnd"/>
      <w:r>
        <w:rPr>
          <w:b/>
        </w:rPr>
        <w:t xml:space="preserve">: </w:t>
      </w:r>
      <w:r>
        <w:t>_________________________________</w:t>
      </w:r>
    </w:p>
    <w:p w14:paraId="40645CFB" w14:textId="77777777" w:rsidR="00EE6668" w:rsidRDefault="00A16D1C">
      <w:pPr>
        <w:spacing w:after="160" w:line="312" w:lineRule="auto"/>
      </w:pPr>
      <w:r>
        <w:rPr>
          <w:b/>
        </w:rPr>
        <w:t xml:space="preserve">Posta Elettronica Certificata (PEC): </w:t>
      </w:r>
      <w:r>
        <w:t>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452CAA32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FE5B8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3. CHIEDE</w:t>
            </w:r>
          </w:p>
        </w:tc>
      </w:tr>
    </w:tbl>
    <w:p w14:paraId="5D8A1EA6" w14:textId="77777777" w:rsidR="00EE6668" w:rsidRDefault="00EE6668">
      <w:pPr>
        <w:spacing w:after="40"/>
      </w:pPr>
    </w:p>
    <w:p w14:paraId="16C6A205" w14:textId="77777777" w:rsidR="00EE6668" w:rsidRDefault="00A16D1C">
      <w:pPr>
        <w:spacing w:after="160"/>
      </w:pPr>
      <w:r>
        <w:rPr>
          <w:sz w:val="19"/>
        </w:rPr>
        <w:t>di essere ammesso/a a partecipare alla selezione pubblica per soli titoli per il conferimento di n. 1 incarico di Tutor Educatore per il supporto agli studenti con disabilità, con DSA e in condizioni di particolare fragilità o svantaggio socioeconomico per il triennio accademico 2026/2028 (A.A. 2026/2027) presso l’Accademia di Belle Arti di Bari.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557EF231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4259E1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4. DICHIARAZIONI SOSTITUTIVE (ARTT. 46 E 47 D.P.R. 445/2000)</w:t>
            </w:r>
          </w:p>
        </w:tc>
      </w:tr>
    </w:tbl>
    <w:p w14:paraId="021E1965" w14:textId="77777777" w:rsidR="00EE6668" w:rsidRDefault="00EE6668">
      <w:pPr>
        <w:spacing w:after="40"/>
      </w:pPr>
    </w:p>
    <w:p w14:paraId="57C0F821" w14:textId="77777777" w:rsidR="00EE6668" w:rsidRDefault="00A16D1C">
      <w:pPr>
        <w:spacing w:after="80"/>
      </w:pPr>
      <w:r>
        <w:rPr>
          <w:i/>
          <w:sz w:val="18"/>
        </w:rPr>
        <w:t>A tal fine, consapevole delle sanzioni penali previste dall'art. 76 del D.P.R. 28 dicembre 2000, n. 445 per le ipotesi di falsità in atti e dichiarazioni mendaci, dichiara sotto la propria responsabilità:</w:t>
      </w:r>
    </w:p>
    <w:p w14:paraId="20FBEBED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avere un'età non inferiore a diciotto anni e non superiore all'età prevista per il collocamento a riposo;</w:t>
      </w:r>
    </w:p>
    <w:p w14:paraId="7B9696B8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essere cittadino/a italiano/a o di uno degli Stati membri dell'Unione Europea (ovvero di possedere i requisiti previsti dalla normativa vigente per i cittadini terzi);</w:t>
      </w:r>
    </w:p>
    <w:p w14:paraId="5B2116D0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godere dei diritti civili e politici;</w:t>
      </w:r>
    </w:p>
    <w:p w14:paraId="1F752113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non aver riportato condanne penali e di non avere procedimenti penali in corso (in caso contrario indicare le condanne/procedimenti: _________________________________________________);</w:t>
      </w:r>
    </w:p>
    <w:p w14:paraId="6B82A4E0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non essere stato/a destituito/a, dispensato/a o dichiarato/a decaduto/a dall'impiego presso una pubblica amministrazione;</w:t>
      </w:r>
    </w:p>
    <w:p w14:paraId="0DFC1073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non versare in situazioni di incompatibilità o conflitto di interessi con l'incarico oggetto dell'avviso;</w:t>
      </w:r>
    </w:p>
    <w:p w14:paraId="1A0FD4FC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avere l'idoneità fisica allo svolgimento delle attività oggetto dell'incarico;</w:t>
      </w:r>
    </w:p>
    <w:p w14:paraId="6C6A8CC7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b/>
          <w:sz w:val="18"/>
        </w:rPr>
        <w:t>di NON essere regolarmente iscritto/a come studente/ssa presso l’Accademia di Belle Arti di Bari;</w:t>
      </w:r>
    </w:p>
    <w:p w14:paraId="4EA7A833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di non avere contenziosi in corso con l’Accademia di Belle Arti di Bari;</w:t>
      </w:r>
    </w:p>
    <w:p w14:paraId="10EC9AC0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(per i dipendenti pubblici) di essere dipendente presso _____________________________________ e di impegnarsi a produrre la preventiva autorizzazione dell'amministrazione di appartenenza ex art. 53 D.Lgs. 165/2001 ai fini della stipula.</w:t>
      </w:r>
    </w:p>
    <w:p w14:paraId="5FF972A4" w14:textId="77777777" w:rsidR="00EE6668" w:rsidRDefault="00EE6668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1C548297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AFF4EF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5. REQUISITO DI ACCESSO - TITOLO DI STUDIO (ART. 6)</w:t>
            </w:r>
          </w:p>
        </w:tc>
      </w:tr>
    </w:tbl>
    <w:p w14:paraId="7122A7CE" w14:textId="77777777" w:rsidR="00EE6668" w:rsidRDefault="00EE6668">
      <w:pPr>
        <w:spacing w:after="40"/>
      </w:pPr>
    </w:p>
    <w:p w14:paraId="598C7894" w14:textId="77777777" w:rsidR="00EE6668" w:rsidRDefault="00A16D1C">
      <w:pPr>
        <w:spacing w:after="80"/>
      </w:pPr>
      <w:r>
        <w:rPr>
          <w:sz w:val="18"/>
        </w:rPr>
        <w:t>Dichiara di essere in possesso del seguente titolo di studio di accesso (barrare la voce corrispondente):</w:t>
      </w:r>
    </w:p>
    <w:p w14:paraId="7CFAB196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LM-85 – Scienze pedagogiche (o corrispondente laurea specialistica)</w:t>
      </w:r>
    </w:p>
    <w:p w14:paraId="387BAFF1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LM-50 – Programmazione e gestione dei servizi educativi (o corrispondente laurea specialistica)</w:t>
      </w:r>
    </w:p>
    <w:p w14:paraId="7C19927B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LM-57 – Scienze dell'educazione degli adulti e della formazione continua (o corrispondente laurea specialistica)</w:t>
      </w:r>
    </w:p>
    <w:p w14:paraId="7C156208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Laurea del Vecchio Ordinamento in Pedagogia o Scienze dell'Educazione</w:t>
      </w:r>
    </w:p>
    <w:p w14:paraId="5B5EB5BB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Altro titolo equivalente/superiore coerente con la funzione educativa: ___________________________________</w:t>
      </w:r>
    </w:p>
    <w:p w14:paraId="5B6EA544" w14:textId="77777777" w:rsidR="00EE6668" w:rsidRDefault="00A16D1C">
      <w:pPr>
        <w:spacing w:before="80" w:after="160" w:line="312" w:lineRule="auto"/>
      </w:pPr>
      <w:r>
        <w:rPr>
          <w:b/>
        </w:rPr>
        <w:t xml:space="preserve">Conseguito presso: </w:t>
      </w:r>
      <w:r>
        <w:t>_______________________________________</w:t>
      </w:r>
      <w:proofErr w:type="gramStart"/>
      <w:r>
        <w:t xml:space="preserve">_  </w:t>
      </w:r>
      <w:r>
        <w:rPr>
          <w:b/>
        </w:rPr>
        <w:t>In</w:t>
      </w:r>
      <w:proofErr w:type="gramEnd"/>
      <w:r>
        <w:rPr>
          <w:b/>
        </w:rPr>
        <w:t xml:space="preserve"> data: </w:t>
      </w:r>
      <w:r>
        <w:t xml:space="preserve">____/____/________  </w:t>
      </w:r>
      <w:r>
        <w:rPr>
          <w:b/>
        </w:rPr>
        <w:t xml:space="preserve">Voto: </w:t>
      </w:r>
      <w:r>
        <w:t>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769DC7C6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715D8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6. TITOLI PREFERENZIALI E DI VALUTAZIONE (ART. 7)</w:t>
            </w:r>
          </w:p>
        </w:tc>
      </w:tr>
    </w:tbl>
    <w:p w14:paraId="1E05DBA3" w14:textId="77777777" w:rsidR="00EE6668" w:rsidRDefault="00EE6668">
      <w:pPr>
        <w:spacing w:after="40"/>
      </w:pPr>
    </w:p>
    <w:p w14:paraId="61C7B47C" w14:textId="77777777" w:rsidR="00EE6668" w:rsidRDefault="00A16D1C">
      <w:pPr>
        <w:spacing w:after="80"/>
      </w:pPr>
      <w:r>
        <w:rPr>
          <w:sz w:val="18"/>
        </w:rPr>
        <w:t>Dichiara di possedere i seguenti titoli ed esperienze professionali dettagliatamente descritti nel Curriculum Vitae allegato:</w:t>
      </w:r>
    </w:p>
    <w:p w14:paraId="4563E2B2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Ulteriore Laurea Magistrale/Specialistica/V.O. in: ________________________________________________</w:t>
      </w:r>
    </w:p>
    <w:p w14:paraId="23FCA4DA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Titoli post-laurea (Master, Corsi di Perfezionamento, Dottorato) attinenti all'educazione, inclusione, disabilità, DSA o orientamento.</w:t>
      </w:r>
    </w:p>
    <w:p w14:paraId="2E4CFF09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Specializzazione sul sostegno didattico (TFA Sostegno).</w:t>
      </w:r>
    </w:p>
    <w:p w14:paraId="5AE0CCD1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Esperienza professionale nel supporto a persone con disabilità e/o DSA.</w:t>
      </w:r>
    </w:p>
    <w:p w14:paraId="7D1E51E0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Esperienza professionale nei servizi educativi, di accompagnamento, orientamento e tutorato.</w:t>
      </w:r>
    </w:p>
    <w:p w14:paraId="0F380A6B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Esperienza lavorativa/collaborazione presso Università o Istituzioni AFAM.</w:t>
      </w:r>
    </w:p>
    <w:p w14:paraId="73F47113" w14:textId="77777777" w:rsidR="00EE6668" w:rsidRDefault="00EE6668">
      <w:pPr>
        <w:spacing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1C84BE6C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2EDAD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7. ALLEGATI OBBLIGATORI</w:t>
            </w:r>
          </w:p>
        </w:tc>
      </w:tr>
    </w:tbl>
    <w:p w14:paraId="2B89EE08" w14:textId="77777777" w:rsidR="00EE6668" w:rsidRDefault="00EE6668">
      <w:pPr>
        <w:spacing w:after="40"/>
      </w:pPr>
    </w:p>
    <w:p w14:paraId="657D769B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Autocertificazione/Certificazione attestante il possesso dei titoli di studio.</w:t>
      </w:r>
    </w:p>
    <w:p w14:paraId="193C0003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Curriculum Vitae in formato europeo, datato e sottoscritto.</w:t>
      </w:r>
    </w:p>
    <w:p w14:paraId="2DD9358D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Documentazione/Autocertificazione relativa ai titoli professionali e di servizio dichiarati.</w:t>
      </w:r>
    </w:p>
    <w:p w14:paraId="00E8407D" w14:textId="77777777" w:rsidR="00EE6668" w:rsidRDefault="00A16D1C">
      <w:pPr>
        <w:spacing w:after="60"/>
        <w:ind w:left="288" w:hanging="288"/>
      </w:pPr>
      <w:proofErr w:type="gramStart"/>
      <w:r>
        <w:rPr>
          <w:b/>
        </w:rPr>
        <w:t>[  ]</w:t>
      </w:r>
      <w:proofErr w:type="gramEnd"/>
      <w:r>
        <w:rPr>
          <w:b/>
        </w:rPr>
        <w:t xml:space="preserve"> </w:t>
      </w:r>
      <w:r>
        <w:rPr>
          <w:sz w:val="18"/>
        </w:rPr>
        <w:t>Fotocopia di un documento di riconoscimento in corso di validità e codice fiscale.</w:t>
      </w:r>
    </w:p>
    <w:p w14:paraId="68FE9BDA" w14:textId="77777777" w:rsidR="00EE6668" w:rsidRDefault="00EE666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EE6668" w14:paraId="4D696F57" w14:textId="77777777">
        <w:trPr>
          <w:jc w:val="center"/>
        </w:trPr>
        <w:tc>
          <w:tcPr>
            <w:tcW w:w="9360" w:type="dxa"/>
            <w:tcBorders>
              <w:left w:val="single" w:sz="24" w:space="0" w:color="1A365D"/>
            </w:tcBorders>
            <w:shd w:val="clear" w:color="auto" w:fill="F1F5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AADECFD" w14:textId="77777777" w:rsidR="00EE6668" w:rsidRDefault="00A16D1C">
            <w:pPr>
              <w:spacing w:after="40"/>
            </w:pPr>
            <w:r>
              <w:rPr>
                <w:rFonts w:ascii="Calibri" w:hAnsi="Calibri"/>
                <w:b/>
                <w:color w:val="1A365D"/>
                <w:sz w:val="20"/>
              </w:rPr>
              <w:t>N.B. MODALITÀ DI TRASMISSIONE DELLA DOMANDA</w:t>
            </w:r>
            <w:r>
              <w:rPr>
                <w:rFonts w:ascii="Calibri" w:hAnsi="Calibri"/>
                <w:b/>
                <w:color w:val="1A365D"/>
                <w:sz w:val="20"/>
              </w:rPr>
              <w:br/>
            </w:r>
            <w:r>
              <w:rPr>
                <w:rFonts w:ascii="Calibri" w:hAnsi="Calibri"/>
                <w:i/>
                <w:color w:val="334155"/>
                <w:sz w:val="19"/>
              </w:rPr>
              <w:t>L'insieme della documentazione richiesta dovrà essere raccolto e trasmesso in un UNICO FILE PDF recante la dicitura: Selezione-Tutor-Cognome-Nome-AA 2026/2028.pdf</w:t>
            </w:r>
          </w:p>
        </w:tc>
      </w:tr>
    </w:tbl>
    <w:p w14:paraId="60E136BE" w14:textId="77777777" w:rsidR="00EE6668" w:rsidRDefault="00EE6668">
      <w:pPr>
        <w:spacing w:after="1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EE6668" w14:paraId="3E021DF2" w14:textId="77777777">
        <w:trPr>
          <w:jc w:val="center"/>
        </w:trPr>
        <w:tc>
          <w:tcPr>
            <w:tcW w:w="9605" w:type="dxa"/>
            <w:tcBorders>
              <w:left w:val="single" w:sz="18" w:space="0" w:color="1A365D"/>
            </w:tcBorders>
            <w:shd w:val="clear" w:color="auto" w:fill="E2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FE0492" w14:textId="77777777" w:rsidR="00EE6668" w:rsidRDefault="00A16D1C">
            <w:pPr>
              <w:spacing w:after="0"/>
            </w:pPr>
            <w:r>
              <w:rPr>
                <w:rFonts w:ascii="Calibri" w:hAnsi="Calibri"/>
                <w:b/>
                <w:color w:val="1A365D"/>
                <w:sz w:val="20"/>
              </w:rPr>
              <w:t>8. INFORMATIVA PRIVACY E SOTTOSCRIZIONE</w:t>
            </w:r>
          </w:p>
        </w:tc>
      </w:tr>
    </w:tbl>
    <w:p w14:paraId="72439CA3" w14:textId="77777777" w:rsidR="00EE6668" w:rsidRDefault="00EE6668">
      <w:pPr>
        <w:spacing w:after="40"/>
      </w:pPr>
    </w:p>
    <w:p w14:paraId="26DCFD3F" w14:textId="77777777" w:rsidR="00EE6668" w:rsidRDefault="00A16D1C">
      <w:pPr>
        <w:spacing w:after="240"/>
      </w:pPr>
      <w:r>
        <w:rPr>
          <w:sz w:val="17"/>
        </w:rPr>
        <w:t>Il/La sottoscritto/a dichiara di aver preso visione dell'informativa sul trattamento dei dati personali contenuta nell'art. 14 dell'Avviso di selezione e autorizza l'Accademia di Belle Arti di Bari al trattamento dei propri dati personali per le finalità legate alla presente procedura e all'eventuale conferimento dell'incarico (GDPR Reg. UE 2016/679).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5"/>
        <w:gridCol w:w="4810"/>
      </w:tblGrid>
      <w:tr w:rsidR="00EE6668" w14:paraId="61BBF057" w14:textId="77777777">
        <w:trPr>
          <w:jc w:val="center"/>
        </w:trPr>
        <w:tc>
          <w:tcPr>
            <w:tcW w:w="4795" w:type="dxa"/>
          </w:tcPr>
          <w:p w14:paraId="06EC2040" w14:textId="765983D3" w:rsidR="00EE6668" w:rsidRDefault="00A16D1C">
            <w:r>
              <w:rPr>
                <w:sz w:val="18"/>
              </w:rPr>
              <w:t>Luogo e Data: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  <w:tc>
          <w:tcPr>
            <w:tcW w:w="4810" w:type="dxa"/>
          </w:tcPr>
          <w:p w14:paraId="2B9DD9DE" w14:textId="536820AD" w:rsidR="00EE6668" w:rsidRDefault="00A16D1C">
            <w:pPr>
              <w:jc w:val="center"/>
            </w:pPr>
            <w:r>
              <w:rPr>
                <w:sz w:val="18"/>
              </w:rPr>
              <w:t>Firma del Candidato/a (per esteso)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597A2441" w14:textId="77777777" w:rsidR="00A16D1C" w:rsidRDefault="00A16D1C" w:rsidP="000F360B"/>
    <w:sectPr w:rsidR="00A16D1C" w:rsidSect="00034616"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360B"/>
    <w:rsid w:val="0015074B"/>
    <w:rsid w:val="0029639D"/>
    <w:rsid w:val="00326F90"/>
    <w:rsid w:val="00A16D1C"/>
    <w:rsid w:val="00AA1D8D"/>
    <w:rsid w:val="00B47730"/>
    <w:rsid w:val="00C8094B"/>
    <w:rsid w:val="00CB0664"/>
    <w:rsid w:val="00EE66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FDD567"/>
  <w14:defaultImageDpi w14:val="300"/>
  <w15:docId w15:val="{E2B896D7-ADCC-4FB3-B4DB-670F2535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Lorusso</cp:lastModifiedBy>
  <cp:revision>3</cp:revision>
  <dcterms:created xsi:type="dcterms:W3CDTF">2013-12-23T23:15:00Z</dcterms:created>
  <dcterms:modified xsi:type="dcterms:W3CDTF">2026-09-23T09:48:00Z</dcterms:modified>
  <cp:category/>
</cp:coreProperties>
</file>